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D17821" w14:textId="6F448A36" w:rsidR="003251FE" w:rsidRPr="00821473" w:rsidRDefault="001536F0" w:rsidP="00821473">
      <w:pPr>
        <w:spacing w:after="0" w:line="240" w:lineRule="auto"/>
        <w:jc w:val="right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 xml:space="preserve">ALLEGATO </w:t>
      </w:r>
      <w:r w:rsidR="002B5C01" w:rsidRPr="00821473">
        <w:rPr>
          <w:rFonts w:ascii="Times New Roman" w:hAnsi="Times New Roman" w:cs="Times New Roman"/>
          <w:lang w:val="it-IT"/>
        </w:rPr>
        <w:t>B</w:t>
      </w:r>
      <w:r w:rsidRPr="00821473">
        <w:rPr>
          <w:rFonts w:ascii="Times New Roman" w:hAnsi="Times New Roman" w:cs="Times New Roman"/>
          <w:lang w:val="it-IT"/>
        </w:rPr>
        <w:t xml:space="preserve"> – ISTANZA E MANIFESTAZIONE DI INTERESSE</w:t>
      </w:r>
    </w:p>
    <w:p w14:paraId="20FA47BB" w14:textId="77777777" w:rsidR="003251FE" w:rsidRPr="00821473" w:rsidRDefault="003251FE" w:rsidP="00821473">
      <w:pPr>
        <w:spacing w:after="0" w:line="240" w:lineRule="auto"/>
        <w:rPr>
          <w:rFonts w:ascii="Times New Roman" w:hAnsi="Times New Roman" w:cs="Times New Roman"/>
          <w:lang w:val="it-IT"/>
        </w:rPr>
      </w:pPr>
    </w:p>
    <w:p w14:paraId="3C9E9E2F" w14:textId="23C935F8" w:rsidR="003251FE" w:rsidRDefault="001536F0" w:rsidP="00821473">
      <w:pPr>
        <w:spacing w:after="0" w:line="240" w:lineRule="auto"/>
        <w:jc w:val="right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 xml:space="preserve">Al Comune di </w:t>
      </w:r>
      <w:r w:rsidR="00821473">
        <w:rPr>
          <w:rFonts w:ascii="Times New Roman" w:hAnsi="Times New Roman" w:cs="Times New Roman"/>
          <w:lang w:val="it-IT"/>
        </w:rPr>
        <w:t>Millesimo</w:t>
      </w:r>
      <w:r w:rsidRPr="00821473">
        <w:rPr>
          <w:rFonts w:ascii="Times New Roman" w:hAnsi="Times New Roman" w:cs="Times New Roman"/>
          <w:lang w:val="it-IT"/>
        </w:rPr>
        <w:br/>
        <w:t xml:space="preserve">Settore </w:t>
      </w:r>
      <w:r w:rsidR="00821473">
        <w:rPr>
          <w:rFonts w:ascii="Times New Roman" w:hAnsi="Times New Roman" w:cs="Times New Roman"/>
          <w:lang w:val="it-IT"/>
        </w:rPr>
        <w:t xml:space="preserve">Economico </w:t>
      </w:r>
      <w:r w:rsidRPr="00821473">
        <w:rPr>
          <w:rFonts w:ascii="Times New Roman" w:hAnsi="Times New Roman" w:cs="Times New Roman"/>
          <w:lang w:val="it-IT"/>
        </w:rPr>
        <w:t>Finanziario</w:t>
      </w:r>
      <w:r w:rsidRPr="00821473">
        <w:rPr>
          <w:rFonts w:ascii="Times New Roman" w:hAnsi="Times New Roman" w:cs="Times New Roman"/>
          <w:lang w:val="it-IT"/>
        </w:rPr>
        <w:br/>
      </w:r>
      <w:r w:rsidRPr="00821473">
        <w:rPr>
          <w:rFonts w:ascii="Times New Roman" w:hAnsi="Times New Roman" w:cs="Times New Roman"/>
          <w:lang w:val="it-IT"/>
        </w:rPr>
        <w:br/>
        <w:t>PEC: _______________________</w:t>
      </w:r>
    </w:p>
    <w:p w14:paraId="35C12B68" w14:textId="77777777" w:rsidR="00593492" w:rsidRDefault="00593492" w:rsidP="00821473">
      <w:pPr>
        <w:spacing w:after="0" w:line="240" w:lineRule="auto"/>
        <w:jc w:val="right"/>
        <w:rPr>
          <w:rFonts w:ascii="Times New Roman" w:hAnsi="Times New Roman" w:cs="Times New Roman"/>
          <w:lang w:val="it-IT"/>
        </w:rPr>
      </w:pPr>
    </w:p>
    <w:p w14:paraId="1171318D" w14:textId="77777777" w:rsidR="00593492" w:rsidRDefault="00593492" w:rsidP="00821473">
      <w:pPr>
        <w:spacing w:after="0" w:line="240" w:lineRule="auto"/>
        <w:jc w:val="right"/>
        <w:rPr>
          <w:rFonts w:ascii="Times New Roman" w:hAnsi="Times New Roman" w:cs="Times New Roman"/>
          <w:lang w:val="it-IT"/>
        </w:rPr>
      </w:pPr>
    </w:p>
    <w:p w14:paraId="50042A08" w14:textId="77777777" w:rsidR="00593492" w:rsidRDefault="00593492" w:rsidP="00821473">
      <w:pPr>
        <w:spacing w:after="0" w:line="240" w:lineRule="auto"/>
        <w:jc w:val="right"/>
        <w:rPr>
          <w:rFonts w:ascii="Times New Roman" w:hAnsi="Times New Roman" w:cs="Times New Roman"/>
          <w:lang w:val="it-IT"/>
        </w:rPr>
      </w:pPr>
    </w:p>
    <w:p w14:paraId="43389134" w14:textId="77777777" w:rsidR="00593492" w:rsidRPr="00821473" w:rsidRDefault="00593492" w:rsidP="00821473">
      <w:pPr>
        <w:spacing w:after="0" w:line="240" w:lineRule="auto"/>
        <w:jc w:val="right"/>
        <w:rPr>
          <w:rFonts w:ascii="Times New Roman" w:hAnsi="Times New Roman" w:cs="Times New Roman"/>
          <w:lang w:val="it-IT"/>
        </w:rPr>
      </w:pPr>
    </w:p>
    <w:p w14:paraId="2C275554" w14:textId="77777777" w:rsidR="003251FE" w:rsidRPr="00821473" w:rsidRDefault="003251FE" w:rsidP="00821473">
      <w:pPr>
        <w:spacing w:after="0" w:line="240" w:lineRule="auto"/>
        <w:rPr>
          <w:rFonts w:ascii="Times New Roman" w:hAnsi="Times New Roman" w:cs="Times New Roman"/>
          <w:lang w:val="it-IT"/>
        </w:rPr>
      </w:pPr>
    </w:p>
    <w:p w14:paraId="57447CF1" w14:textId="77777777" w:rsidR="00821473" w:rsidRDefault="00821473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 xml:space="preserve">OGGETTO: Manifestazione di interesse </w:t>
      </w:r>
      <w:r w:rsidR="002B5C01" w:rsidRPr="00821473">
        <w:rPr>
          <w:rFonts w:ascii="Times New Roman" w:hAnsi="Times New Roman" w:cs="Times New Roman"/>
          <w:lang w:val="it-IT"/>
        </w:rPr>
        <w:t>all</w:t>
      </w:r>
      <w:r w:rsidRPr="00821473">
        <w:rPr>
          <w:rFonts w:ascii="Times New Roman" w:hAnsi="Times New Roman" w:cs="Times New Roman"/>
          <w:lang w:val="it-IT"/>
        </w:rPr>
        <w:t>'affidamento del Servizio di Tesoreria Comunale del</w:t>
      </w:r>
      <w:r>
        <w:rPr>
          <w:rFonts w:ascii="Times New Roman" w:hAnsi="Times New Roman" w:cs="Times New Roman"/>
          <w:lang w:val="it-IT"/>
        </w:rPr>
        <w:t xml:space="preserve"> </w:t>
      </w:r>
      <w:r w:rsidRPr="00821473">
        <w:rPr>
          <w:rFonts w:ascii="Times New Roman" w:hAnsi="Times New Roman" w:cs="Times New Roman"/>
          <w:lang w:val="it-IT"/>
        </w:rPr>
        <w:t xml:space="preserve">Comune </w:t>
      </w:r>
    </w:p>
    <w:p w14:paraId="7C0152B3" w14:textId="0BDD95B8" w:rsidR="003251FE" w:rsidRPr="00821473" w:rsidRDefault="00821473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        </w:t>
      </w:r>
      <w:proofErr w:type="gramStart"/>
      <w:r w:rsidRPr="00821473">
        <w:rPr>
          <w:rFonts w:ascii="Times New Roman" w:hAnsi="Times New Roman" w:cs="Times New Roman"/>
          <w:lang w:val="it-IT"/>
        </w:rPr>
        <w:t>di</w:t>
      </w:r>
      <w:proofErr w:type="gramEnd"/>
      <w:r w:rsidRPr="00821473">
        <w:rPr>
          <w:rFonts w:ascii="Times New Roman" w:hAnsi="Times New Roman" w:cs="Times New Roman"/>
          <w:lang w:val="it-IT"/>
        </w:rPr>
        <w:t xml:space="preserve"> Millesimo per il periodo 01.01.2027 – 31.12.2031. </w:t>
      </w:r>
    </w:p>
    <w:p w14:paraId="59CE9F67" w14:textId="77777777" w:rsidR="003251FE" w:rsidRDefault="003251FE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04535AE6" w14:textId="77777777" w:rsidR="00821473" w:rsidRDefault="00821473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103CD02B" w14:textId="77777777" w:rsidR="00821473" w:rsidRDefault="00821473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1E9B88B4" w14:textId="77777777" w:rsidR="00821473" w:rsidRDefault="00821473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32573B49" w14:textId="77777777" w:rsidR="00821473" w:rsidRPr="00821473" w:rsidRDefault="00821473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66C60E5A" w14:textId="383C2415" w:rsidR="003251FE" w:rsidRPr="00821473" w:rsidRDefault="001536F0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>Il/La sottoscritto/a</w:t>
      </w:r>
      <w:r w:rsidR="00821473">
        <w:rPr>
          <w:rFonts w:ascii="Times New Roman" w:hAnsi="Times New Roman" w:cs="Times New Roman"/>
          <w:lang w:val="it-IT"/>
        </w:rPr>
        <w:t xml:space="preserve"> ______________________________________</w:t>
      </w:r>
      <w:r w:rsidRPr="00821473">
        <w:rPr>
          <w:rFonts w:ascii="Times New Roman" w:hAnsi="Times New Roman" w:cs="Times New Roman"/>
          <w:lang w:val="it-IT"/>
        </w:rPr>
        <w:t xml:space="preserve">, nato/a </w:t>
      </w:r>
      <w:proofErr w:type="spellStart"/>
      <w:r w:rsidRPr="00821473">
        <w:rPr>
          <w:rFonts w:ascii="Times New Roman" w:hAnsi="Times New Roman" w:cs="Times New Roman"/>
          <w:lang w:val="it-IT"/>
        </w:rPr>
        <w:t>a</w:t>
      </w:r>
      <w:proofErr w:type="spellEnd"/>
      <w:r w:rsidRPr="00821473">
        <w:rPr>
          <w:rFonts w:ascii="Times New Roman" w:hAnsi="Times New Roman" w:cs="Times New Roman"/>
          <w:lang w:val="it-IT"/>
        </w:rPr>
        <w:t xml:space="preserve"> _______________________ il</w:t>
      </w:r>
      <w:r w:rsidR="00821473">
        <w:rPr>
          <w:rFonts w:ascii="Times New Roman" w:hAnsi="Times New Roman" w:cs="Times New Roman"/>
          <w:lang w:val="it-IT"/>
        </w:rPr>
        <w:t xml:space="preserve"> </w:t>
      </w:r>
      <w:r w:rsidRPr="00821473">
        <w:rPr>
          <w:rFonts w:ascii="Times New Roman" w:hAnsi="Times New Roman" w:cs="Times New Roman"/>
          <w:lang w:val="it-IT"/>
        </w:rPr>
        <w:t>_________________, in qualità di _______________________ (es. Legale Rappresentante / Procuratore</w:t>
      </w:r>
      <w:r w:rsidR="00593492">
        <w:rPr>
          <w:rFonts w:ascii="Times New Roman" w:hAnsi="Times New Roman" w:cs="Times New Roman"/>
          <w:lang w:val="it-IT"/>
        </w:rPr>
        <w:t xml:space="preserve"> </w:t>
      </w:r>
      <w:r w:rsidRPr="00821473">
        <w:rPr>
          <w:rFonts w:ascii="Times New Roman" w:hAnsi="Times New Roman" w:cs="Times New Roman"/>
          <w:lang w:val="it-IT"/>
        </w:rPr>
        <w:t>Speciale) del seguente Istituto di Credito:</w:t>
      </w:r>
    </w:p>
    <w:p w14:paraId="57218E07" w14:textId="77777777" w:rsidR="003251FE" w:rsidRPr="00821473" w:rsidRDefault="001536F0" w:rsidP="00821473">
      <w:pPr>
        <w:pStyle w:val="Puntoelenco"/>
        <w:spacing w:after="0" w:line="240" w:lineRule="auto"/>
        <w:ind w:left="0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>Ragione Sociale: _______________________</w:t>
      </w:r>
    </w:p>
    <w:p w14:paraId="3D527BA2" w14:textId="77777777" w:rsidR="003251FE" w:rsidRPr="00821473" w:rsidRDefault="001536F0" w:rsidP="00821473">
      <w:pPr>
        <w:pStyle w:val="Puntoelenco"/>
        <w:spacing w:after="0" w:line="240" w:lineRule="auto"/>
        <w:ind w:left="0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>Sede Legale: _______________________</w:t>
      </w:r>
    </w:p>
    <w:p w14:paraId="205DCE92" w14:textId="77777777" w:rsidR="003251FE" w:rsidRPr="00821473" w:rsidRDefault="001536F0" w:rsidP="00821473">
      <w:pPr>
        <w:pStyle w:val="Puntoelenco"/>
        <w:spacing w:after="0" w:line="240" w:lineRule="auto"/>
        <w:ind w:left="0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>Codice Fiscale / Partita IVA: _______________________</w:t>
      </w:r>
    </w:p>
    <w:p w14:paraId="49CA6CEA" w14:textId="77777777" w:rsidR="003251FE" w:rsidRPr="00821473" w:rsidRDefault="001536F0" w:rsidP="00821473">
      <w:pPr>
        <w:pStyle w:val="Puntoelenco"/>
        <w:spacing w:after="0" w:line="240" w:lineRule="auto"/>
        <w:ind w:left="0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>Iscrizione all'Albo delle Banche (art. 13 TUB): n. _______________________</w:t>
      </w:r>
    </w:p>
    <w:p w14:paraId="75C1177C" w14:textId="77777777" w:rsidR="003251FE" w:rsidRPr="00821473" w:rsidRDefault="001536F0" w:rsidP="00821473">
      <w:pPr>
        <w:pStyle w:val="Puntoelenco"/>
        <w:spacing w:after="0" w:line="240" w:lineRule="auto"/>
        <w:ind w:left="0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>PEC per comunicazioni: _______________________</w:t>
      </w:r>
    </w:p>
    <w:p w14:paraId="0BAEDF05" w14:textId="77777777" w:rsidR="003251FE" w:rsidRPr="00821473" w:rsidRDefault="003251FE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4EAE76BE" w14:textId="0F5BA860" w:rsidR="003251FE" w:rsidRDefault="002B5C01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>Manifesta l’interesse all’affidamento del servizio in oggetto e a tal fine, ai sensi degli artt. 46 e 47 del D.P.R. 445/2000, sotto la propria responsabilità e consapevole delle sanzioni penali previste in caso di dichiarazioni mendaci,</w:t>
      </w:r>
    </w:p>
    <w:p w14:paraId="76A86A65" w14:textId="77777777" w:rsidR="00593492" w:rsidRDefault="00593492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38FEEAC8" w14:textId="77777777" w:rsidR="00593492" w:rsidRPr="00821473" w:rsidRDefault="00593492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160E2C25" w14:textId="77777777" w:rsidR="003251FE" w:rsidRPr="00821473" w:rsidRDefault="001536F0" w:rsidP="00593492">
      <w:pPr>
        <w:spacing w:after="0" w:line="240" w:lineRule="auto"/>
        <w:jc w:val="center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>DICHIARA</w:t>
      </w:r>
    </w:p>
    <w:p w14:paraId="36CBD457" w14:textId="77777777" w:rsidR="00593492" w:rsidRDefault="00593492" w:rsidP="00593492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lang w:val="it-IT"/>
        </w:rPr>
      </w:pPr>
    </w:p>
    <w:p w14:paraId="5E2C3906" w14:textId="77777777" w:rsidR="00593492" w:rsidRDefault="00593492" w:rsidP="00593492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lang w:val="it-IT"/>
        </w:rPr>
      </w:pPr>
    </w:p>
    <w:p w14:paraId="7C96E84E" w14:textId="764100E2" w:rsidR="002B5C01" w:rsidRDefault="00821473" w:rsidP="00821473">
      <w:pPr>
        <w:pStyle w:val="Paragrafoelenco"/>
        <w:numPr>
          <w:ilvl w:val="0"/>
          <w:numId w:val="10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Di essere iscritto</w:t>
      </w:r>
      <w:r w:rsidR="002B5C01" w:rsidRPr="00A37FA7">
        <w:rPr>
          <w:rFonts w:ascii="Times New Roman" w:hAnsi="Times New Roman" w:cs="Times New Roman"/>
          <w:lang w:val="it-IT"/>
        </w:rPr>
        <w:t xml:space="preserve"> nel Registro delle Imprese tenuto dalla CCIAA o in uno dei registri professionali o commerciali dello Stato di residenza se si tratta di uno Stato U.E. in conformità con quanto previsto dall’art. 100 comma 3 del D. Lgs. 36/2023, con oggetto sociale relativo all’attività oggetto d’appalto;</w:t>
      </w:r>
    </w:p>
    <w:p w14:paraId="0C6E8EA1" w14:textId="77777777" w:rsidR="002B5C01" w:rsidRPr="00A37FA7" w:rsidRDefault="002B5C01" w:rsidP="00821473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lang w:val="it-IT"/>
        </w:rPr>
      </w:pPr>
    </w:p>
    <w:p w14:paraId="70933CBD" w14:textId="0C684897" w:rsidR="002B5C01" w:rsidRPr="00821473" w:rsidRDefault="00821473" w:rsidP="00821473">
      <w:pPr>
        <w:pStyle w:val="Paragrafoelenco"/>
        <w:numPr>
          <w:ilvl w:val="0"/>
          <w:numId w:val="1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 xml:space="preserve">Di essere iscritto </w:t>
      </w:r>
      <w:r w:rsidR="002B5C01" w:rsidRPr="00821473">
        <w:rPr>
          <w:rFonts w:ascii="Times New Roman" w:hAnsi="Times New Roman" w:cs="Times New Roman"/>
          <w:lang w:val="it-IT"/>
        </w:rPr>
        <w:t>all’albo ex art. 13 del D. Lgs 385/1993 per lo svolgimento dell’attività bancaria di cui all’art. 10 dello stesso decreto. L’autorizzazione non è necessaria per i soggetti diversi dagli istituti bancari autorizzati per legge a svolgere il servizio di tesoreria per conto degli Enti Locali</w:t>
      </w:r>
      <w:r w:rsidRPr="00821473">
        <w:rPr>
          <w:rFonts w:ascii="Times New Roman" w:hAnsi="Times New Roman" w:cs="Times New Roman"/>
          <w:lang w:val="it-IT"/>
        </w:rPr>
        <w:t>, ovvero, per le banche di credito cooperativo, le banche popolari, gli istituti di cooperazione bancaria, costi</w:t>
      </w:r>
      <w:r w:rsidR="00094BFB">
        <w:rPr>
          <w:rFonts w:ascii="Times New Roman" w:hAnsi="Times New Roman" w:cs="Times New Roman"/>
          <w:lang w:val="it-IT"/>
        </w:rPr>
        <w:t>tuiti anche in forma consortile</w:t>
      </w:r>
      <w:bookmarkStart w:id="0" w:name="_GoBack"/>
      <w:bookmarkEnd w:id="0"/>
      <w:r>
        <w:rPr>
          <w:rFonts w:ascii="Times New Roman" w:hAnsi="Times New Roman" w:cs="Times New Roman"/>
          <w:lang w:val="it-IT"/>
        </w:rPr>
        <w:t>, di</w:t>
      </w:r>
      <w:r w:rsidRPr="00821473">
        <w:rPr>
          <w:rFonts w:ascii="Times New Roman" w:hAnsi="Times New Roman" w:cs="Times New Roman"/>
          <w:lang w:val="it-IT"/>
        </w:rPr>
        <w:t xml:space="preserve"> essere iscritto </w:t>
      </w:r>
      <w:r w:rsidR="002B5C01" w:rsidRPr="00821473">
        <w:rPr>
          <w:rFonts w:ascii="Times New Roman" w:hAnsi="Times New Roman" w:cs="Times New Roman"/>
          <w:lang w:val="it-IT"/>
        </w:rPr>
        <w:t>all’Albo delle Società Cooperative di cui al D.M. 23.06.2004;</w:t>
      </w:r>
    </w:p>
    <w:p w14:paraId="176E3196" w14:textId="77777777" w:rsidR="00593492" w:rsidRDefault="00593492" w:rsidP="00593492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lang w:val="it-IT"/>
        </w:rPr>
      </w:pPr>
    </w:p>
    <w:p w14:paraId="5B8E0503" w14:textId="6194758B" w:rsidR="002B5C01" w:rsidRPr="00A37FA7" w:rsidRDefault="00821473" w:rsidP="00821473">
      <w:pPr>
        <w:pStyle w:val="Paragrafoelenco"/>
        <w:numPr>
          <w:ilvl w:val="0"/>
          <w:numId w:val="1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Di </w:t>
      </w:r>
      <w:r w:rsidR="002B5C01" w:rsidRPr="00A37FA7">
        <w:rPr>
          <w:rFonts w:ascii="Times New Roman" w:hAnsi="Times New Roman" w:cs="Times New Roman"/>
          <w:lang w:val="it-IT"/>
        </w:rPr>
        <w:t xml:space="preserve">avere svolto con buon esito per almeno tre anni consecutivi nell’ultimo quinquennio concluso (2021-2025), servizi di tesoreria per almeno </w:t>
      </w:r>
      <w:r w:rsidR="002B5C01">
        <w:rPr>
          <w:rFonts w:ascii="Times New Roman" w:hAnsi="Times New Roman" w:cs="Times New Roman"/>
          <w:lang w:val="it-IT"/>
        </w:rPr>
        <w:t>cinque</w:t>
      </w:r>
      <w:r w:rsidR="002B5C01" w:rsidRPr="00A37FA7">
        <w:rPr>
          <w:rFonts w:ascii="Times New Roman" w:hAnsi="Times New Roman" w:cs="Times New Roman"/>
          <w:lang w:val="it-IT"/>
        </w:rPr>
        <w:t xml:space="preserve"> enti locali, di cui almeno uno con popolazione superiore a 5.000 abitanti;</w:t>
      </w:r>
    </w:p>
    <w:p w14:paraId="7FB49E1D" w14:textId="77777777" w:rsidR="00593492" w:rsidRDefault="00593492" w:rsidP="00593492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lang w:val="it-IT"/>
        </w:rPr>
      </w:pPr>
    </w:p>
    <w:p w14:paraId="726322B9" w14:textId="79710408" w:rsidR="002B5C01" w:rsidRPr="00A37FA7" w:rsidRDefault="00821473" w:rsidP="00821473">
      <w:pPr>
        <w:pStyle w:val="Paragrafoelenco"/>
        <w:numPr>
          <w:ilvl w:val="0"/>
          <w:numId w:val="1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lastRenderedPageBreak/>
        <w:t xml:space="preserve">Di </w:t>
      </w:r>
      <w:r w:rsidR="002B5C01" w:rsidRPr="00A37FA7">
        <w:rPr>
          <w:rFonts w:ascii="Times New Roman" w:hAnsi="Times New Roman" w:cs="Times New Roman"/>
          <w:lang w:val="it-IT"/>
        </w:rPr>
        <w:t>disporre di una procedura software per la gestione informatizzata del servizio di tesoreria, con collegamento telematico a mezzo flussi elettronici tra il Comune e il Tesoriere, al fine di consentire l’interscambio informatizzato dei dati e della documentazione riguardante la gestione del servizio stesso, secondo le specifiche e secondo quanto ulteriormente previsto in argomento dallo SCHEMA DI CONVENZIONE DEL SERVIZIO DI TESORERIA;</w:t>
      </w:r>
    </w:p>
    <w:p w14:paraId="51BB6025" w14:textId="77777777" w:rsidR="00821473" w:rsidRDefault="00821473" w:rsidP="00821473">
      <w:pPr>
        <w:pStyle w:val="Paragrafoelenco"/>
        <w:numPr>
          <w:ilvl w:val="0"/>
          <w:numId w:val="1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Di </w:t>
      </w:r>
      <w:r w:rsidR="002B5C01" w:rsidRPr="00A37FA7">
        <w:rPr>
          <w:rFonts w:ascii="Times New Roman" w:hAnsi="Times New Roman" w:cs="Times New Roman"/>
          <w:lang w:val="it-IT"/>
        </w:rPr>
        <w:t>disporre, alla data della manifestazione di interesse, di una filiale / sportello operativa/o sul territorio del Comune di Millesimo od impegnarsi ad aprirne una/o entro il 1° gennaio 2027 (o entro la data di inizio della gestione del servizio, se posteriore);</w:t>
      </w:r>
    </w:p>
    <w:p w14:paraId="02F0AAEE" w14:textId="77777777" w:rsidR="00593492" w:rsidRDefault="00593492" w:rsidP="00593492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lang w:val="it-IT"/>
        </w:rPr>
      </w:pPr>
    </w:p>
    <w:p w14:paraId="366D067F" w14:textId="26818440" w:rsidR="003251FE" w:rsidRPr="00821473" w:rsidRDefault="001536F0" w:rsidP="00821473">
      <w:pPr>
        <w:pStyle w:val="Paragrafoelenco"/>
        <w:numPr>
          <w:ilvl w:val="0"/>
          <w:numId w:val="1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>Di autorizzare il Comune al trattamento dei dati personali forniti, ai sensi del Regolamento UE 2016/679 (GDPR), per le finalità connesse alla presente procedura.</w:t>
      </w:r>
    </w:p>
    <w:p w14:paraId="0F9F142D" w14:textId="77777777" w:rsidR="003251FE" w:rsidRDefault="003251FE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7754C135" w14:textId="77777777" w:rsidR="00593492" w:rsidRDefault="00593492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4D0A7865" w14:textId="77777777" w:rsidR="00593492" w:rsidRDefault="00593492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5DCB7CD3" w14:textId="77777777" w:rsidR="00593492" w:rsidRDefault="00593492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7872FB6A" w14:textId="77777777" w:rsidR="00593492" w:rsidRDefault="00593492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78C56511" w14:textId="77777777" w:rsidR="00593492" w:rsidRDefault="00593492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24FD27AE" w14:textId="77777777" w:rsidR="00593492" w:rsidRDefault="00593492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47E4286C" w14:textId="77777777" w:rsidR="00593492" w:rsidRDefault="00593492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7F7DB8FE" w14:textId="77777777" w:rsidR="00593492" w:rsidRDefault="00593492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449376E4" w14:textId="77777777" w:rsidR="00593492" w:rsidRPr="00821473" w:rsidRDefault="00593492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64D5B43F" w14:textId="77777777" w:rsidR="003251FE" w:rsidRDefault="001536F0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>Si allega alla presente:</w:t>
      </w:r>
    </w:p>
    <w:p w14:paraId="3A82EF99" w14:textId="77777777" w:rsidR="00593492" w:rsidRPr="00821473" w:rsidRDefault="00593492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7570D409" w14:textId="77777777" w:rsidR="003251FE" w:rsidRPr="00821473" w:rsidRDefault="001536F0" w:rsidP="00821473">
      <w:pPr>
        <w:pStyle w:val="Puntoelenco"/>
        <w:spacing w:after="0" w:line="240" w:lineRule="auto"/>
        <w:ind w:left="0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>Copia fotostatica del documento di identità del sottoscrittore in corso di validità (non necessaria se il file è firmato digitalmente);</w:t>
      </w:r>
    </w:p>
    <w:p w14:paraId="048366D8" w14:textId="77777777" w:rsidR="003251FE" w:rsidRPr="00821473" w:rsidRDefault="001536F0" w:rsidP="00821473">
      <w:pPr>
        <w:pStyle w:val="Puntoelenco"/>
        <w:spacing w:after="0" w:line="240" w:lineRule="auto"/>
        <w:ind w:left="0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>Copia della procura speciale o atto di delega del firmatario (se applicabile).</w:t>
      </w:r>
    </w:p>
    <w:p w14:paraId="400D0C77" w14:textId="77777777" w:rsidR="003251FE" w:rsidRPr="00821473" w:rsidRDefault="003251FE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4FA3FA36" w14:textId="77777777" w:rsidR="003251FE" w:rsidRPr="00821473" w:rsidRDefault="003251FE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4A23A124" w14:textId="77777777" w:rsidR="00593492" w:rsidRDefault="001536F0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>Luogo e Data, __________</w:t>
      </w:r>
    </w:p>
    <w:p w14:paraId="60C2C04F" w14:textId="7024AD92" w:rsidR="003251FE" w:rsidRPr="00821473" w:rsidRDefault="001536F0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br/>
      </w:r>
      <w:r w:rsidRPr="00821473">
        <w:rPr>
          <w:rFonts w:ascii="Times New Roman" w:hAnsi="Times New Roman" w:cs="Times New Roman"/>
          <w:lang w:val="it-IT"/>
        </w:rPr>
        <w:br/>
      </w:r>
    </w:p>
    <w:p w14:paraId="2A58769C" w14:textId="53E9D099" w:rsidR="003251FE" w:rsidRPr="00821473" w:rsidRDefault="001536F0" w:rsidP="00593492">
      <w:pPr>
        <w:spacing w:after="0" w:line="240" w:lineRule="auto"/>
        <w:ind w:left="3600" w:firstLine="720"/>
        <w:jc w:val="both"/>
        <w:rPr>
          <w:rFonts w:ascii="Times New Roman" w:hAnsi="Times New Roman" w:cs="Times New Roman"/>
          <w:lang w:val="it-IT"/>
        </w:rPr>
      </w:pPr>
      <w:r w:rsidRPr="00821473">
        <w:rPr>
          <w:rFonts w:ascii="Times New Roman" w:hAnsi="Times New Roman" w:cs="Times New Roman"/>
          <w:lang w:val="it-IT"/>
        </w:rPr>
        <w:t xml:space="preserve">Firma </w:t>
      </w:r>
      <w:proofErr w:type="gramStart"/>
      <w:r w:rsidRPr="00821473">
        <w:rPr>
          <w:rFonts w:ascii="Times New Roman" w:hAnsi="Times New Roman" w:cs="Times New Roman"/>
          <w:lang w:val="it-IT"/>
        </w:rPr>
        <w:t>Digitale[</w:t>
      </w:r>
      <w:proofErr w:type="gramEnd"/>
      <w:r w:rsidRPr="00821473">
        <w:rPr>
          <w:rFonts w:ascii="Times New Roman" w:hAnsi="Times New Roman" w:cs="Times New Roman"/>
          <w:lang w:val="it-IT"/>
        </w:rPr>
        <w:t>Nome e Cognome del Dichiarante]</w:t>
      </w:r>
    </w:p>
    <w:p w14:paraId="5CF09051" w14:textId="77777777" w:rsidR="002B5C01" w:rsidRPr="00821473" w:rsidRDefault="002B5C01" w:rsidP="00821473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2EE698FA" w14:textId="77777777" w:rsidR="002B5C01" w:rsidRDefault="002B5C01" w:rsidP="00821473">
      <w:pPr>
        <w:spacing w:after="0" w:line="240" w:lineRule="auto"/>
        <w:jc w:val="both"/>
      </w:pPr>
    </w:p>
    <w:p w14:paraId="6A3433DD" w14:textId="77777777" w:rsidR="002B5C01" w:rsidRDefault="002B5C01" w:rsidP="00821473">
      <w:pPr>
        <w:spacing w:after="0" w:line="240" w:lineRule="auto"/>
        <w:jc w:val="both"/>
      </w:pPr>
    </w:p>
    <w:sectPr w:rsidR="002B5C01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5449A7"/>
    <w:multiLevelType w:val="hybridMultilevel"/>
    <w:tmpl w:val="8154EA82"/>
    <w:lvl w:ilvl="0" w:tplc="8BF0D6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8068CE"/>
    <w:multiLevelType w:val="hybridMultilevel"/>
    <w:tmpl w:val="011CCDFC"/>
    <w:lvl w:ilvl="0" w:tplc="8BF0D6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4BFB"/>
    <w:rsid w:val="0015074B"/>
    <w:rsid w:val="001536F0"/>
    <w:rsid w:val="0029639D"/>
    <w:rsid w:val="002B5C01"/>
    <w:rsid w:val="003251FE"/>
    <w:rsid w:val="00326F90"/>
    <w:rsid w:val="00593492"/>
    <w:rsid w:val="00821473"/>
    <w:rsid w:val="00A10E0C"/>
    <w:rsid w:val="00AA1D8D"/>
    <w:rsid w:val="00AB577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F5C1F"/>
  <w14:defaultImageDpi w14:val="300"/>
  <w15:docId w15:val="{453DD658-9099-47E9-A947-8A598875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3BD5CD-8369-4474-99AB-D150511D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3325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Giovanna Pregliasco</cp:lastModifiedBy>
  <cp:revision>3</cp:revision>
  <dcterms:created xsi:type="dcterms:W3CDTF">2026-09-30T10:22:00Z</dcterms:created>
  <dcterms:modified xsi:type="dcterms:W3CDTF">2026-10-01T06:18:00Z</dcterms:modified>
  <cp:category/>
</cp:coreProperties>
</file>